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F3A56"/>
          <w:sz w:val="44"/>
        </w:rPr>
        <w:t>SUPANOTE</w:t>
      </w:r>
    </w:p>
    <w:p>
      <w:pPr>
        <w:jc w:val="center"/>
      </w:pPr>
      <w:r>
        <w:rPr>
          <w:b/>
          <w:color w:val="2F3A56"/>
          <w:sz w:val="32"/>
        </w:rPr>
        <w:t>Biopsychosocial Assessment Template</w:t>
      </w:r>
    </w:p>
    <w:p>
      <w:pPr>
        <w:jc w:val="center"/>
      </w:pPr>
      <w:r>
        <w:rPr>
          <w:color w:val="6B7280"/>
          <w:sz w:val="18"/>
        </w:rPr>
        <w:t>A structured template for documenting biological, psychological, and social factors.</w:t>
      </w:r>
    </w:p>
    <w:p>
      <w:r>
        <w:rPr>
          <w:b/>
        </w:rPr>
        <w:t xml:space="preserve">Use: </w:t>
      </w:r>
      <w:r>
        <w:t>Complete the sections below based on information gathered through intake forms, interviews, and relevant clinical documentation.</w:t>
      </w:r>
    </w:p>
    <w:p>
      <w:pPr>
        <w:spacing w:before="200" w:after="80"/>
      </w:pPr>
      <w:r>
        <w:rPr>
          <w:b/>
          <w:color w:val="2F3A56"/>
          <w:sz w:val="26"/>
        </w:rPr>
        <w:t>1. Identifying Information</w:t>
      </w:r>
    </w:p>
    <w:p>
      <w:pPr>
        <w:spacing w:after="60"/>
      </w:pPr>
      <w:r>
        <w:t>Client Name: ______________________________________________</w:t>
      </w:r>
    </w:p>
    <w:p>
      <w:pPr>
        <w:spacing w:after="60"/>
      </w:pPr>
      <w:r>
        <w:t>Age: __________    Gender: _________________________________</w:t>
      </w:r>
    </w:p>
    <w:p>
      <w:pPr>
        <w:spacing w:after="60"/>
      </w:pPr>
      <w:r>
        <w:t>Occupation: ________________________________________________</w:t>
      </w:r>
    </w:p>
    <w:p>
      <w:pPr>
        <w:spacing w:after="60"/>
      </w:pPr>
      <w:r>
        <w:t>Marital Status: _____________________________________________</w:t>
      </w:r>
    </w:p>
    <w:p>
      <w:pPr>
        <w:spacing w:after="60"/>
      </w:pPr>
      <w:r>
        <w:t>Date of Assessment: _________________________________________</w:t>
      </w:r>
    </w:p>
    <w:p>
      <w:pPr>
        <w:spacing w:before="200" w:after="80"/>
      </w:pPr>
      <w:r>
        <w:rPr>
          <w:b/>
          <w:color w:val="2F3A56"/>
          <w:sz w:val="26"/>
        </w:rPr>
        <w:t>2. Presenting Problem</w:t>
      </w:r>
    </w:p>
    <w:p>
      <w:pPr>
        <w:spacing w:after="60"/>
      </w:pPr>
      <w:r>
        <w:t>Briefly describe the client's primary issues or reasons for seeking assessment, based on the client's reported concerns.</w:t>
      </w:r>
    </w:p>
    <w:p>
      <w:pPr>
        <w:spacing w:after="60"/>
      </w:pPr>
      <w:r>
        <w:t>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</w:t>
      </w:r>
    </w:p>
    <w:p>
      <w:pPr>
        <w:spacing w:before="200" w:after="80"/>
      </w:pPr>
      <w:r>
        <w:rPr>
          <w:b/>
          <w:color w:val="2F3A56"/>
          <w:sz w:val="26"/>
        </w:rPr>
        <w:t>3. Biological Assessment</w:t>
      </w:r>
    </w:p>
    <w:p>
      <w:pPr>
        <w:spacing w:after="60"/>
      </w:pPr>
      <w:r>
        <w:rPr>
          <w:b/>
          <w:color w:val="2F3A56"/>
          <w:sz w:val="21"/>
        </w:rPr>
        <w:t>Personal Health History</w:t>
      </w:r>
    </w:p>
    <w:p>
      <w:pPr>
        <w:spacing w:after="60"/>
      </w:pPr>
      <w:r>
        <w:t>Current or past medical conditions/chronic illnesses: ______________________________</w:t>
      </w:r>
    </w:p>
    <w:p>
      <w:pPr>
        <w:spacing w:after="60"/>
      </w:pPr>
      <w:r>
        <w:t>Medications and dosage: ________________________________________________________</w:t>
      </w:r>
    </w:p>
    <w:p>
      <w:pPr>
        <w:spacing w:after="60"/>
      </w:pPr>
      <w:r>
        <w:t>Recent surgeries or hospitalizations: ___________________________________________</w:t>
      </w:r>
    </w:p>
    <w:p>
      <w:pPr>
        <w:spacing w:after="60"/>
      </w:pPr>
      <w:r>
        <w:t>Other relevant physical health information: ______________________________________</w:t>
      </w:r>
    </w:p>
    <w:p/>
    <w:p>
      <w:pPr>
        <w:spacing w:after="60"/>
      </w:pPr>
      <w:r>
        <w:rPr>
          <w:b/>
          <w:color w:val="2F3A56"/>
          <w:sz w:val="21"/>
        </w:rPr>
        <w:t>Family Health History</w:t>
      </w:r>
    </w:p>
    <w:p>
      <w:pPr>
        <w:spacing w:after="60"/>
      </w:pPr>
      <w:r>
        <w:t>Genetic conditions or chronic illnesses in the family: ______________________________</w:t>
      </w:r>
    </w:p>
    <w:p>
      <w:pPr>
        <w:spacing w:after="60"/>
      </w:pPr>
      <w:r>
        <w:t>Relevant health issues in immediate family: _______________________________________</w:t>
      </w:r>
    </w:p>
    <w:p/>
    <w:p>
      <w:pPr>
        <w:spacing w:after="60"/>
      </w:pPr>
      <w:r>
        <w:rPr>
          <w:b/>
          <w:color w:val="2F3A56"/>
          <w:sz w:val="21"/>
        </w:rPr>
        <w:t>Sleep Habits</w:t>
      </w:r>
    </w:p>
    <w:p>
      <w:pPr>
        <w:spacing w:after="60"/>
      </w:pPr>
      <w:r>
        <w:t>Typical hours of sleep: __________    Sleep disturbances: ___________________________</w:t>
      </w:r>
    </w:p>
    <w:p>
      <w:pPr>
        <w:spacing w:after="60"/>
      </w:pPr>
      <w:r>
        <w:t>Bedtime routine / other relevant information: _____________________________________</w:t>
      </w:r>
    </w:p>
    <w:p/>
    <w:p>
      <w:pPr>
        <w:spacing w:after="60"/>
      </w:pPr>
      <w:r>
        <w:rPr>
          <w:b/>
          <w:color w:val="2F3A56"/>
          <w:sz w:val="21"/>
        </w:rPr>
        <w:t>Physical Activity</w:t>
      </w:r>
    </w:p>
    <w:p>
      <w:pPr>
        <w:spacing w:after="60"/>
      </w:pPr>
      <w:r>
        <w:t>Frequency/type of exercise: _____________________________________________________</w:t>
      </w:r>
    </w:p>
    <w:p>
      <w:pPr>
        <w:spacing w:after="60"/>
      </w:pPr>
      <w:r>
        <w:t>Physical limitations or discomfort: ______________________________________________</w:t>
      </w:r>
    </w:p>
    <w:p/>
    <w:p>
      <w:pPr>
        <w:spacing w:after="60"/>
      </w:pPr>
      <w:r>
        <w:rPr>
          <w:b/>
          <w:color w:val="2F3A56"/>
          <w:sz w:val="21"/>
        </w:rPr>
        <w:t>Dietary Habits</w:t>
      </w:r>
    </w:p>
    <w:p>
      <w:pPr>
        <w:spacing w:after="60"/>
      </w:pPr>
      <w:r>
        <w:t>Typical diet: ____________________________________________________________________</w:t>
      </w:r>
    </w:p>
    <w:p>
      <w:pPr>
        <w:spacing w:after="60"/>
      </w:pPr>
      <w:r>
        <w:t>Dietary plans/restrictions/allergies or intolerances: ______________________________</w:t>
      </w:r>
    </w:p>
    <w:p>
      <w:pPr>
        <w:spacing w:before="200" w:after="80"/>
      </w:pPr>
      <w:r>
        <w:rPr>
          <w:b/>
          <w:color w:val="2F3A56"/>
          <w:sz w:val="26"/>
        </w:rPr>
        <w:t>4. Psychological Assessment</w:t>
      </w:r>
    </w:p>
    <w:p>
      <w:pPr>
        <w:spacing w:after="60"/>
      </w:pPr>
      <w:r>
        <w:rPr>
          <w:b/>
          <w:color w:val="2F3A56"/>
          <w:sz w:val="21"/>
        </w:rPr>
        <w:t>Mental Health History</w:t>
      </w:r>
    </w:p>
    <w:p>
      <w:pPr>
        <w:spacing w:after="60"/>
      </w:pPr>
      <w:r>
        <w:t>Prior diagnoses/treatment: ______________________________________________________</w:t>
      </w:r>
    </w:p>
    <w:p>
      <w:pPr>
        <w:spacing w:after="60"/>
      </w:pPr>
      <w:r>
        <w:t>Major emotional or psychological issues: ________________________________________</w:t>
      </w:r>
    </w:p>
    <w:p>
      <w:pPr>
        <w:spacing w:after="60"/>
      </w:pPr>
      <w:r>
        <w:t>Trauma or significant life stressors: _____________________________________________</w:t>
      </w:r>
    </w:p>
    <w:p/>
    <w:p>
      <w:pPr>
        <w:spacing w:after="60"/>
      </w:pPr>
      <w:r>
        <w:rPr>
          <w:b/>
          <w:color w:val="2F3A56"/>
          <w:sz w:val="21"/>
        </w:rPr>
        <w:t>Emotional Well-being</w:t>
      </w:r>
    </w:p>
    <w:p>
      <w:pPr>
        <w:spacing w:after="60"/>
      </w:pPr>
      <w:r>
        <w:t>Typical mood: __________________________________________________________________</w:t>
      </w:r>
    </w:p>
    <w:p>
      <w:pPr>
        <w:spacing w:after="60"/>
      </w:pPr>
      <w:r>
        <w:t>Mood changes and impact on daily life: ___________________________________________</w:t>
      </w:r>
    </w:p>
    <w:p>
      <w:pPr>
        <w:spacing w:after="60"/>
      </w:pPr>
      <w:r>
        <w:t>Coping strategies / calming activities: ___________________________________________</w:t>
      </w:r>
    </w:p>
    <w:p/>
    <w:p>
      <w:pPr>
        <w:spacing w:after="60"/>
      </w:pPr>
      <w:r>
        <w:rPr>
          <w:b/>
          <w:color w:val="2F3A56"/>
          <w:sz w:val="21"/>
        </w:rPr>
        <w:t>Behavioral Patterns</w:t>
      </w:r>
    </w:p>
    <w:p>
      <w:pPr>
        <w:spacing w:after="60"/>
      </w:pPr>
      <w:r>
        <w:t>Concerning or problematic behaviors: _____________________________________________</w:t>
      </w:r>
    </w:p>
    <w:p>
      <w:pPr>
        <w:spacing w:after="60"/>
      </w:pPr>
      <w:r>
        <w:t>Recent changes in behavior or routines: __________________________________________</w:t>
      </w:r>
    </w:p>
    <w:p>
      <w:pPr>
        <w:spacing w:after="60"/>
      </w:pPr>
      <w:r>
        <w:t>Habits or rituals used to manage daily life: ______________________________________</w:t>
      </w:r>
    </w:p>
    <w:p>
      <w:pPr>
        <w:spacing w:after="60"/>
      </w:pPr>
      <w:r>
        <w:t>Behaviors the client wants to change/improve: ____________________________________</w:t>
      </w:r>
    </w:p>
    <w:p/>
    <w:p>
      <w:pPr>
        <w:spacing w:after="60"/>
      </w:pPr>
      <w:r>
        <w:rPr>
          <w:b/>
          <w:color w:val="2F3A56"/>
          <w:sz w:val="21"/>
        </w:rPr>
        <w:t>Thought Processes</w:t>
      </w:r>
    </w:p>
    <w:p>
      <w:pPr>
        <w:spacing w:after="60"/>
      </w:pPr>
      <w:r>
        <w:t>Recurring negative thoughts/beliefs: _____________________________________________</w:t>
      </w:r>
    </w:p>
    <w:p>
      <w:pPr>
        <w:spacing w:after="60"/>
      </w:pPr>
      <w:r>
        <w:t>How the client perceives/interprets events: ______________________________________</w:t>
      </w:r>
    </w:p>
    <w:p>
      <w:pPr>
        <w:spacing w:after="60"/>
      </w:pPr>
      <w:r>
        <w:t>Feelings of hopelessness or helplessness: _________________________________________</w:t>
      </w:r>
    </w:p>
    <w:p>
      <w:pPr>
        <w:spacing w:before="200" w:after="80"/>
      </w:pPr>
      <w:r>
        <w:rPr>
          <w:b/>
          <w:color w:val="2F3A56"/>
          <w:sz w:val="26"/>
        </w:rPr>
        <w:t>5. Social Assessment</w:t>
      </w:r>
    </w:p>
    <w:p>
      <w:pPr>
        <w:spacing w:after="60"/>
      </w:pPr>
      <w:r>
        <w:rPr>
          <w:b/>
          <w:color w:val="2F3A56"/>
          <w:sz w:val="21"/>
        </w:rPr>
        <w:t>Environmental Factors</w:t>
      </w:r>
    </w:p>
    <w:p>
      <w:pPr>
        <w:spacing w:after="60"/>
      </w:pPr>
      <w:r>
        <w:t>Living situation and length of residence: ________________________________________</w:t>
      </w:r>
    </w:p>
    <w:p>
      <w:pPr>
        <w:spacing w:after="60"/>
      </w:pPr>
      <w:r>
        <w:t>Housing situation: ______________________________________________________________</w:t>
      </w:r>
    </w:p>
    <w:p>
      <w:pPr>
        <w:spacing w:after="60"/>
      </w:pPr>
      <w:r>
        <w:t>Perceived safety / environmental concerns: _______________________________________</w:t>
      </w:r>
    </w:p>
    <w:p/>
    <w:p>
      <w:pPr>
        <w:spacing w:after="60"/>
      </w:pPr>
      <w:r>
        <w:rPr>
          <w:b/>
          <w:color w:val="2F3A56"/>
          <w:sz w:val="21"/>
        </w:rPr>
        <w:t>Socioeconomic Status</w:t>
      </w:r>
    </w:p>
    <w:p>
      <w:pPr>
        <w:spacing w:after="60"/>
      </w:pPr>
      <w:r>
        <w:t>Employment status: ______________________________________________________________</w:t>
      </w:r>
    </w:p>
    <w:p>
      <w:pPr>
        <w:spacing w:after="60"/>
      </w:pPr>
      <w:r>
        <w:t>Financial stability and concerns: ________________________________________________</w:t>
      </w:r>
    </w:p>
    <w:p>
      <w:pPr>
        <w:spacing w:after="60"/>
      </w:pPr>
      <w:r>
        <w:t>Income/financial support: _______________________________________________________</w:t>
      </w:r>
    </w:p>
    <w:p>
      <w:pPr>
        <w:spacing w:after="60"/>
      </w:pPr>
      <w:r>
        <w:t>Access to healthcare/community resources: ________________________________________</w:t>
      </w:r>
    </w:p>
    <w:p/>
    <w:p>
      <w:pPr>
        <w:spacing w:after="60"/>
      </w:pPr>
      <w:r>
        <w:rPr>
          <w:b/>
          <w:color w:val="2F3A56"/>
          <w:sz w:val="21"/>
        </w:rPr>
        <w:t>Family Relationships</w:t>
      </w:r>
    </w:p>
    <w:p>
      <w:pPr>
        <w:spacing w:after="60"/>
      </w:pPr>
      <w:r>
        <w:t>Immediate family relationships: __________________________________________________</w:t>
      </w:r>
    </w:p>
    <w:p>
      <w:pPr>
        <w:spacing w:after="60"/>
      </w:pPr>
      <w:r>
        <w:t>Dependents/caregiving responsibilities: _________________________________________</w:t>
      </w:r>
    </w:p>
    <w:p>
      <w:pPr>
        <w:spacing w:after="60"/>
      </w:pPr>
      <w:r>
        <w:t>Extended family communication: __________________________________________________</w:t>
      </w:r>
    </w:p>
    <w:p>
      <w:pPr>
        <w:spacing w:after="60"/>
      </w:pPr>
      <w:r>
        <w:t>Family conflicts/stressors: ______________________________________________________</w:t>
      </w:r>
    </w:p>
    <w:p/>
    <w:p>
      <w:pPr>
        <w:spacing w:after="60"/>
      </w:pPr>
      <w:r>
        <w:rPr>
          <w:b/>
          <w:color w:val="2F3A56"/>
          <w:sz w:val="21"/>
        </w:rPr>
        <w:t>Social Support and Networks</w:t>
      </w:r>
    </w:p>
    <w:p>
      <w:pPr>
        <w:spacing w:after="60"/>
      </w:pPr>
      <w:r>
        <w:t>Sources of emotional support: ___________________________________________________</w:t>
      </w:r>
    </w:p>
    <w:p>
      <w:pPr>
        <w:spacing w:after="60"/>
      </w:pPr>
      <w:r>
        <w:t>Strength of support network: ____________________________________________________</w:t>
      </w:r>
    </w:p>
    <w:p>
      <w:pPr>
        <w:spacing w:after="60"/>
      </w:pPr>
      <w:r>
        <w:t>Important friends/community groups: _____________________________________________</w:t>
      </w:r>
    </w:p>
    <w:p>
      <w:pPr>
        <w:spacing w:after="60"/>
      </w:pPr>
      <w:r>
        <w:t>Social activities/gatherings: ____________________________________________________</w:t>
      </w:r>
    </w:p>
    <w:p/>
    <w:p>
      <w:pPr>
        <w:spacing w:after="60"/>
      </w:pPr>
      <w:r>
        <w:rPr>
          <w:b/>
          <w:color w:val="2F3A56"/>
          <w:sz w:val="21"/>
        </w:rPr>
        <w:t>Recreational Activities</w:t>
      </w:r>
    </w:p>
    <w:p>
      <w:pPr>
        <w:spacing w:after="60"/>
      </w:pPr>
      <w:r>
        <w:t>Hobbies/interests: ______________________________________________________________</w:t>
      </w:r>
    </w:p>
    <w:p>
      <w:pPr>
        <w:spacing w:after="60"/>
      </w:pPr>
      <w:r>
        <w:t>Frequency of participation: _____________________________________________________</w:t>
      </w:r>
    </w:p>
    <w:p>
      <w:pPr>
        <w:spacing w:after="60"/>
      </w:pPr>
      <w:r>
        <w:t>Community/social groups: ________________________________________________________</w:t>
      </w:r>
    </w:p>
    <w:p>
      <w:pPr>
        <w:spacing w:after="60"/>
      </w:pPr>
      <w:r>
        <w:t>Activities the client would like to explore: ______________________________________</w:t>
      </w:r>
    </w:p>
    <w:p>
      <w:pPr>
        <w:spacing w:before="200" w:after="80"/>
      </w:pPr>
      <w:r>
        <w:rPr>
          <w:b/>
          <w:color w:val="2F3A56"/>
          <w:sz w:val="26"/>
        </w:rPr>
        <w:t>6. Strengths and Resources</w:t>
      </w:r>
    </w:p>
    <w:p>
      <w:pPr>
        <w:spacing w:after="60"/>
      </w:pPr>
      <w:r>
        <w:t>Highlight the client's strengths, skills, coping strategies, protective factors, and available resources.</w:t>
      </w:r>
    </w:p>
    <w:p>
      <w:pPr>
        <w:spacing w:after="60"/>
      </w:pPr>
      <w:r>
        <w:t>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</w:t>
      </w:r>
    </w:p>
    <w:p>
      <w:pPr>
        <w:spacing w:before="200" w:after="80"/>
      </w:pPr>
      <w:r>
        <w:rPr>
          <w:b/>
          <w:color w:val="2F3A56"/>
          <w:sz w:val="26"/>
        </w:rPr>
        <w:t>7. Clinical Impressions</w:t>
      </w:r>
    </w:p>
    <w:p>
      <w:pPr>
        <w:spacing w:after="60"/>
      </w:pPr>
      <w:r>
        <w:t>Summarize observations and professional insights based on the information gathered.</w:t>
      </w:r>
    </w:p>
    <w:p>
      <w:pPr>
        <w:spacing w:after="60"/>
      </w:pPr>
      <w:r>
        <w:t>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</w:t>
      </w:r>
    </w:p>
    <w:p>
      <w:pPr>
        <w:spacing w:before="200" w:after="80"/>
      </w:pPr>
      <w:r>
        <w:rPr>
          <w:b/>
          <w:color w:val="2F3A56"/>
          <w:sz w:val="26"/>
        </w:rPr>
        <w:t>8. Diagnosis</w:t>
      </w:r>
    </w:p>
    <w:p>
      <w:pPr>
        <w:spacing w:after="60"/>
      </w:pPr>
      <w:r>
        <w:t>Relevant clinical diagnoses or rule-outs:</w:t>
      </w:r>
    </w:p>
    <w:p>
      <w:pPr>
        <w:spacing w:after="60"/>
      </w:pPr>
      <w:r>
        <w:t>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</w:t>
      </w:r>
    </w:p>
    <w:p>
      <w:pPr>
        <w:spacing w:before="200" w:after="80"/>
      </w:pPr>
      <w:r>
        <w:rPr>
          <w:b/>
          <w:color w:val="2F3A56"/>
          <w:sz w:val="26"/>
        </w:rPr>
        <w:t>9. Treatment Plan</w:t>
      </w:r>
    </w:p>
    <w:p>
      <w:pPr>
        <w:spacing w:after="60"/>
      </w:pPr>
      <w:r>
        <w:t>Outline an initial treatment plan addressing biological, psychological, and social factors, including goals, interventions, and follow-up plans.</w:t>
      </w:r>
    </w:p>
    <w:p>
      <w:pPr>
        <w:spacing w:after="60"/>
      </w:pPr>
      <w:r>
        <w:t>Goals: _________________________________________________________________________</w:t>
      </w:r>
    </w:p>
    <w:p>
      <w:pPr>
        <w:spacing w:after="60"/>
      </w:pPr>
      <w:r>
        <w:t>____________________________________________________________________________</w:t>
      </w:r>
    </w:p>
    <w:p>
      <w:pPr>
        <w:spacing w:after="60"/>
      </w:pPr>
      <w:r>
        <w:t>Interventions: __________________________________________________________________</w:t>
      </w:r>
    </w:p>
    <w:p>
      <w:pPr>
        <w:spacing w:after="60"/>
      </w:pPr>
      <w:r>
        <w:t>____________________________________________________________________________</w:t>
      </w:r>
    </w:p>
    <w:p>
      <w:pPr>
        <w:spacing w:after="60"/>
      </w:pPr>
      <w:r>
        <w:t>Follow-up plan: _________________________________________________________________</w:t>
      </w:r>
    </w:p>
    <w:p>
      <w:pPr>
        <w:spacing w:after="60"/>
      </w:pPr>
      <w:r>
        <w:t>____________________________________________________________________________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3F5F8"/>
          </w:tcPr>
          <w:p>
            <w:r/>
            <w:r>
              <w:rPr>
                <w:b/>
              </w:rPr>
              <w:t xml:space="preserve">Clinical note: </w:t>
            </w:r>
            <w:r>
              <w:t>This template is intended to support documentation and organization. Clinical judgment and appropriate review remain the responsibility of the treating professional.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08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280"/>
        <w:sz w:val="16"/>
      </w:rPr>
      <w:t>Biopsychosocial Assessment Template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2F3A56"/>
        <w:sz w:val="18"/>
      </w:rPr>
      <w:t>SUPANOTE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22222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